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40" w:before="0" w:line="264" w:lineRule="auto"/>
        <w:rPr>
          <w:color w:val="4F81BD"/>
        </w:rPr>
      </w:pPr>
      <w:r>
        <w:rPr>
          <w:rFonts w:ascii="맑은 고딕" w:eastAsia="맑은 고딕" w:hAnsi="맑은 고딕"/>
          <w:b/>
          <w:color w:val="4F81BD"/>
          <w:sz w:val="36"/>
        </w:rPr>
        <w:t>ARTIST LAB 참여 신청서</w:t>
      </w:r>
    </w:p>
    <w:p>
      <w:pPr>
        <w:jc w:val="center"/>
        <w:spacing w:after="140" w:before="0" w:line="264" w:lineRule="auto"/>
      </w:pPr>
      <w:r>
        <w:rPr>
          <w:rFonts w:ascii="맑은 고딕" w:eastAsia="맑은 고딕" w:hAnsi="맑은 고딕"/>
          <w:b w:val="0"/>
          <w:sz w:val="20"/>
        </w:rPr>
        <w:t>Heart Calm Institute</w:t>
      </w:r>
      <w:r>
        <w:rPr>
          <w:lang w:eastAsia="ko-KR"/>
          <w:rFonts w:ascii="맑은 고딕" w:eastAsia="맑은 고딕" w:hAnsi="맑은 고딕"/>
          <w:b w:val="0"/>
          <w:sz w:val="20"/>
          <w:rtl w:val="off"/>
        </w:rPr>
        <w:t>(압구정 로데오역 인근)</w:t>
      </w:r>
    </w:p>
    <w:p>
      <w:pPr>
        <w:jc w:val="both"/>
        <w:rPr>
          <w:lang w:eastAsia="ko-KR"/>
          <w:rFonts w:ascii="맑은 고딕" w:eastAsia="맑은 고딕" w:hAnsi="맑은 고딕" w:hint="eastAsia"/>
          <w:b w:val="0"/>
          <w:sz w:val="19"/>
          <w:rtl w:val="off"/>
        </w:rPr>
      </w:pPr>
      <w:r>
        <w:rPr>
          <w:rFonts w:ascii="맑은 고딕" w:eastAsia="맑은 고딕" w:hAnsi="맑은 고딕"/>
          <w:b w:val="0"/>
          <w:sz w:val="19"/>
        </w:rPr>
        <w:t>ARTIST LAB</w:t>
      </w:r>
      <w:r>
        <w:rPr>
          <w:lang w:eastAsia="ko-KR"/>
          <w:rFonts w:ascii="맑은 고딕" w:eastAsia="맑은 고딕" w:hAnsi="맑은 고딕"/>
          <w:b w:val="0"/>
          <w:sz w:val="19"/>
          <w:rtl w:val="off"/>
        </w:rPr>
        <w:t xml:space="preserve"> 프로그램 내용은 모집 공고문을 참고해주시기 바랍니다. </w:t>
      </w:r>
    </w:p>
    <w:p>
      <w:pPr>
        <w:jc w:val="both"/>
      </w:pPr>
      <w:r>
        <w:rPr>
          <w:rFonts w:ascii="맑은 고딕" w:eastAsia="맑은 고딕" w:hAnsi="맑은 고딕"/>
          <w:b w:val="0"/>
          <w:sz w:val="19"/>
        </w:rPr>
        <w:t>신청서와 최근 작품 3~5점</w:t>
      </w:r>
      <w:r>
        <w:rPr>
          <w:lang w:eastAsia="ko-KR"/>
          <w:rFonts w:ascii="맑은 고딕" w:eastAsia="맑은 고딕" w:hAnsi="맑은 고딕"/>
          <w:b w:val="0"/>
          <w:sz w:val="19"/>
          <w:rtl w:val="off"/>
        </w:rPr>
        <w:t>(파일로 첨부)</w:t>
      </w:r>
      <w:r>
        <w:rPr>
          <w:rFonts w:ascii="맑은 고딕" w:eastAsia="맑은 고딕" w:hAnsi="맑은 고딕"/>
          <w:b w:val="0"/>
          <w:sz w:val="19"/>
        </w:rPr>
        <w:t>을 함께 제출해 주세요.</w:t>
      </w:r>
      <w:r>
        <w:rPr>
          <w:lang w:eastAsia="ko-KR"/>
          <w:rFonts w:ascii="맑은 고딕" w:eastAsia="맑은 고딕" w:hAnsi="맑은 고딕"/>
          <w:b w:val="0"/>
          <w:sz w:val="19"/>
          <w:rtl w:val="off"/>
        </w:rPr>
        <w:t>(문의 및 제출 : heartcalm.office@gmail.com )</w:t>
      </w:r>
    </w:p>
    <w:p>
      <w:pPr>
        <w:spacing w:after="60" w:before="160" w:line="264" w:lineRule="auto"/>
      </w:pPr>
      <w:r>
        <w:rPr>
          <w:rFonts w:ascii="맑은 고딕" w:eastAsia="맑은 고딕" w:hAnsi="맑은 고딕"/>
          <w:b/>
          <w:sz w:val="24"/>
        </w:rPr>
        <w:t>A. 기본 정보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>
        <w:tc>
          <w:tcPr>
            <w:tcW w:w="5100" w:type="dxa"/>
            <w:shd w:val="clear" w:color="auto" w:fill="F1F4F2"/>
          </w:tcPr>
          <w:p>
            <w:r>
              <w:t>신청자 성명</w:t>
            </w:r>
          </w:p>
        </w:tc>
        <w:tc>
          <w:tcPr>
            <w:tcW w:w="5100" w:type="dxa"/>
          </w:tcPr>
          <w:p/>
        </w:tc>
      </w:tr>
      <w:tr>
        <w:tc>
          <w:tcPr>
            <w:tcW w:w="5100" w:type="dxa"/>
            <w:shd w:val="clear" w:color="auto" w:fill="F1F4F2"/>
          </w:tcPr>
          <w:p>
            <w:r>
              <w:t>생년월일 / 연령</w:t>
            </w:r>
          </w:p>
        </w:tc>
        <w:tc>
          <w:tcPr>
            <w:tcW w:w="5100" w:type="dxa"/>
          </w:tcPr>
          <w:p/>
        </w:tc>
      </w:tr>
      <w:tr>
        <w:tc>
          <w:tcPr>
            <w:tcW w:w="5100" w:type="dxa"/>
            <w:shd w:val="clear" w:color="auto" w:fill="F1F4F2"/>
          </w:tcPr>
          <w:p>
            <w:r>
              <w:t>신청 구분</w:t>
            </w:r>
          </w:p>
        </w:tc>
        <w:tc>
          <w:tcPr>
            <w:tcW w:w="5100" w:type="dxa"/>
          </w:tcPr>
          <w:p>
            <w:r>
              <w:t>□ 아동   □ 청소년   □ 성인</w:t>
            </w:r>
            <w:r>
              <w:rPr/>
              <w:t>(시니어 포함)</w:t>
            </w:r>
          </w:p>
        </w:tc>
      </w:tr>
      <w:tr>
        <w:tc>
          <w:tcPr>
            <w:tcW w:w="5100" w:type="dxa"/>
            <w:shd w:val="clear" w:color="auto" w:fill="F1F4F2"/>
          </w:tcPr>
          <w:p>
            <w:r>
              <w:t>보호자 성명 (아동·청소년</w:t>
            </w:r>
            <w:r>
              <w:rPr>
                <w:lang w:eastAsia="ko-KR"/>
                <w:rtl w:val="off"/>
              </w:rPr>
              <w:t>일 경우</w:t>
            </w:r>
            <w:r>
              <w:t>)</w:t>
            </w:r>
          </w:p>
        </w:tc>
        <w:tc>
          <w:tcPr>
            <w:tcW w:w="5100" w:type="dxa"/>
          </w:tcPr>
          <w:p/>
        </w:tc>
      </w:tr>
      <w:tr>
        <w:tc>
          <w:tcPr>
            <w:tcW w:w="5100" w:type="dxa"/>
            <w:shd w:val="clear" w:color="auto" w:fill="F1F4F2"/>
          </w:tcPr>
          <w:p>
            <w:r>
              <w:t>연락처</w:t>
            </w:r>
          </w:p>
        </w:tc>
        <w:tc>
          <w:tcPr>
            <w:tcW w:w="5100" w:type="dxa"/>
          </w:tcPr>
          <w:p/>
        </w:tc>
      </w:tr>
      <w:tr>
        <w:trPr>
          <w:trHeight w:val="345" w:hRule="atLeast"/>
        </w:trPr>
        <w:tc>
          <w:tcPr>
            <w:tcW w:w="5100" w:type="dxa"/>
            <w:tcBorders>
              <w:bottom w:val="single" w:sz="2" w:space="0" w:color="auto"/>
            </w:tcBorders>
            <w:shd w:val="clear" w:color="auto" w:fill="F1F4F2"/>
          </w:tcPr>
          <w:p>
            <w:r>
              <w:t>이메일</w:t>
            </w:r>
          </w:p>
        </w:tc>
        <w:tc>
          <w:tcPr>
            <w:tcW w:w="5100" w:type="dxa"/>
            <w:tcBorders>
              <w:bottom w:val="single" w:sz="2" w:space="0" w:color="auto"/>
            </w:tcBorders>
          </w:tcPr>
          <w:p/>
        </w:tc>
      </w:tr>
      <w:tr>
        <w:trPr>
          <w:trHeight w:val="10" w:hRule="atLeast"/>
        </w:trPr>
        <w:tc>
          <w:tcPr>
            <w:tcW w:w="5100" w:type="dxa"/>
            <w:tcBorders>
              <w:top w:val="single" w:sz="2" w:space="0" w:color="auto"/>
              <w:bottom w:val="single" w:sz="2" w:space="0" w:color="auto"/>
            </w:tcBorders>
            <w:shd w:val="clear" w:color="auto" w:fill="F1F4F2"/>
          </w:tcPr>
          <w:p>
            <w:pPr/>
            <w:r>
              <w:rPr>
                <w:lang w:eastAsia="ko-KR"/>
                <w:rtl w:val="off"/>
              </w:rPr>
              <w:t>평</w:t>
            </w:r>
            <w:r>
              <w:t>일 참여 가능 시간</w:t>
            </w:r>
          </w:p>
        </w:tc>
        <w:tc>
          <w:tcPr>
            <w:tcW w:w="5100" w:type="dxa"/>
            <w:tcBorders>
              <w:top w:val="single" w:sz="2" w:space="0" w:color="auto"/>
              <w:bottom w:val="single" w:sz="2" w:space="0" w:color="auto"/>
            </w:tcBorders>
          </w:tcPr>
          <w:p>
            <w:pPr/>
            <w:r>
              <w:t>□ 오전   □ 오후   □ 모두 가능</w:t>
            </w:r>
          </w:p>
        </w:tc>
      </w:tr>
      <w:tr>
        <w:tc>
          <w:tcPr>
            <w:tcW w:w="5100" w:type="dxa"/>
            <w:tcBorders>
              <w:top w:val="single" w:sz="2" w:space="0" w:color="auto"/>
            </w:tcBorders>
            <w:shd w:val="clear" w:color="auto" w:fill="F1F4F2"/>
          </w:tcPr>
          <w:p>
            <w:r>
              <w:t>토요일 참여 가능 시간</w:t>
            </w:r>
          </w:p>
        </w:tc>
        <w:tc>
          <w:tcPr>
            <w:tcW w:w="5100" w:type="dxa"/>
            <w:tcBorders>
              <w:top w:val="single" w:sz="2" w:space="0" w:color="auto"/>
            </w:tcBorders>
          </w:tcPr>
          <w:p>
            <w:r>
              <w:t>□ 오전   □ 오후   □ 모두 가능</w:t>
            </w:r>
          </w:p>
        </w:tc>
      </w:tr>
    </w:tbl>
    <w:p>
      <w:pPr>
        <w:spacing w:after="60" w:before="160" w:line="264" w:lineRule="auto"/>
      </w:pPr>
      <w:r>
        <w:rPr>
          <w:rFonts w:ascii="맑은 고딕" w:eastAsia="맑은 고딕" w:hAnsi="맑은 고딕"/>
          <w:b/>
          <w:sz w:val="24"/>
        </w:rPr>
        <w:t>B. 예술 활동 및 관심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1. 평소 좋아하는 미술 활동이나 재료가 있다면 적어주세요.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________________________________________________________________________________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2. 최근 가장 관심 있는 주제나 그리고/만들고 싶은 것이 있다면 적어주세요.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________________________________________________________________________________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3. 미술 활동을 얼마나 자주, 어느 정도 시간 동안 하는 편인가요?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________________________________________________________________________________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4. 미술 수업, 창작 활동, 전시 참여 경험이 있다면 적어주세요.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________________________________________________________________________________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5. ARTIST LAB에 참여하고 싶은 이유와 기대하는 점을 적어주세요.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________________________________________________________________________________</w:t>
      </w:r>
    </w:p>
    <w:p>
      <w:pPr>
        <w:spacing w:after="60" w:before="160" w:line="264" w:lineRule="auto"/>
      </w:pPr>
      <w:r>
        <w:rPr>
          <w:rFonts w:ascii="맑은 고딕" w:eastAsia="맑은 고딕" w:hAnsi="맑은 고딕"/>
          <w:b/>
          <w:sz w:val="24"/>
        </w:rPr>
        <w:t>C. 관심 있는 예술 분야 (복수 선택 가능)</w:t>
      </w:r>
    </w:p>
    <w:p>
      <w:pPr>
        <w:spacing w:after="80" w:before="0" w:line="264" w:lineRule="auto"/>
      </w:pPr>
      <w:r>
        <w:rPr>
          <w:rFonts w:ascii="맑은 고딕" w:eastAsia="맑은 고딕" w:hAnsi="맑은 고딕"/>
          <w:b w:val="0"/>
        </w:rPr>
        <w:t>□ 드로잉   □ 수채화   □ 회화(아크릴·유화 등)   □ 입체·조형   □ 혼합매체</w:t>
      </w:r>
    </w:p>
    <w:p>
      <w:pPr>
        <w:spacing w:after="80" w:before="0" w:line="264" w:lineRule="auto"/>
      </w:pPr>
      <w:r>
        <w:rPr>
          <w:rFonts w:ascii="맑은 고딕" w:eastAsia="맑은 고딕" w:hAnsi="맑은 고딕"/>
          <w:b w:val="0"/>
        </w:rPr>
        <w:t>□ 개인 프로젝트/연작   □ 전시 준비   □ 아직 잘 모르겠음</w:t>
      </w:r>
    </w:p>
    <w:p>
      <w:pPr>
        <w:spacing w:after="80" w:before="0" w:line="264" w:lineRule="auto"/>
      </w:pPr>
      <w:r>
        <w:rPr>
          <w:rFonts w:ascii="맑은 고딕" w:eastAsia="맑은 고딕" w:hAnsi="맑은 고딕"/>
          <w:b w:val="0"/>
          <w:sz w:val="17"/>
        </w:rPr>
        <w:t>※ 관심 분야는 고정 반 신청이 아니라 Artist Discovery와 Studio 구성을 위한 참고 자료입니다.</w:t>
      </w:r>
    </w:p>
    <w:p>
      <w:pPr>
        <w:spacing w:after="60" w:before="160" w:line="264" w:lineRule="auto"/>
      </w:pPr>
      <w:r>
        <w:rPr>
          <w:rFonts w:ascii="맑은 고딕" w:eastAsia="맑은 고딕" w:hAnsi="맑은 고딕"/>
          <w:b/>
          <w:sz w:val="24"/>
        </w:rPr>
        <w:t>D. 작업 및 참여 특성</w:t>
      </w:r>
    </w:p>
    <w:p>
      <w:pPr>
        <w:spacing w:after="80" w:before="0" w:line="264" w:lineRule="auto"/>
      </w:pPr>
      <w:r>
        <w:rPr>
          <w:rFonts w:ascii="맑은 고딕" w:eastAsia="맑은 고딕" w:hAnsi="맑은 고딕"/>
          <w:b w:val="0"/>
          <w:sz w:val="17"/>
        </w:rPr>
        <w:t>아래 내용은 개인에게 적합한 1:1 또는 2~4명 Studio를 구성하고 필요한 지원을 파악하기 위한 참고 자료입니다.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1. 선호하는 작업 방식이나 환경이 있나요? (예: 혼자 집중하기, 대화하며 작업하기 등)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________________________________________________________________________________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2. 감각적으로 민감하거나 불편한 요소가 있다면 적어주세요. (소리, 냄새, 촉감, 조명 등)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________________________________________________________________________________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3. 의사소통이나 집중 과정에서 도움이 되는 방식이 있다면 적어주세요.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________________________________________________________________________________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4. 다른 참여자와 함께 작업할 때 편안하거나 어려운 상황이 있다면 적어주세요.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________________________________________________________________________________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5. 안전한 프로그램 운영을 위해 반드시 알려야 할 건강·알레르기 등 관련 사항이 있다면 적어주세요.</w:t>
      </w:r>
    </w:p>
    <w:p>
      <w:pPr>
        <w:spacing w:after="20" w:before="0" w:line="264" w:lineRule="auto"/>
      </w:pPr>
      <w:r>
        <w:rPr>
          <w:rFonts w:ascii="맑은 고딕" w:eastAsia="맑은 고딕" w:hAnsi="맑은 고딕"/>
          <w:b w:val="0"/>
        </w:rPr>
        <w:t>________________________________________________________________________________</w:t>
      </w:r>
    </w:p>
    <w:p>
      <w:pPr>
        <w:spacing w:after="60" w:before="160" w:line="264" w:lineRule="auto"/>
      </w:pPr>
      <w:r>
        <w:rPr>
          <w:rFonts w:ascii="맑은 고딕" w:eastAsia="맑은 고딕" w:hAnsi="맑은 고딕"/>
          <w:b/>
          <w:sz w:val="24"/>
        </w:rPr>
        <w:t>E. 포트폴리오 제출</w:t>
      </w:r>
    </w:p>
    <w:p>
      <w:pPr>
        <w:spacing w:after="80" w:before="0" w:line="264" w:lineRule="auto"/>
      </w:pPr>
      <w:r>
        <w:rPr>
          <w:rFonts w:ascii="맑은 고딕" w:eastAsia="맑은 고딕" w:hAnsi="맑은 고딕"/>
          <w:b w:val="0"/>
          <w:sz w:val="17"/>
        </w:rPr>
        <w:t>최근 작품 3~5점을 제출해 주세요. 관심, 표현방식과 작업 특성을 이해하기 위한 자료입니다. 휴대전화 촬영 이미지도 가능합니다.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  <w:shd w:val="clear" w:color="auto" w:fill="E8F0EC"/>
          </w:tcPr>
          <w:p>
            <w:r>
              <w:t>번호</w:t>
            </w:r>
          </w:p>
        </w:tc>
        <w:tc>
          <w:tcPr>
            <w:tcW w:w="2550" w:type="dxa"/>
            <w:shd w:val="clear" w:color="auto" w:fill="E8F0EC"/>
          </w:tcPr>
          <w:p>
            <w:r>
              <w:t>작품명(선택)</w:t>
            </w:r>
          </w:p>
        </w:tc>
        <w:tc>
          <w:tcPr>
            <w:tcW w:w="2550" w:type="dxa"/>
            <w:shd w:val="clear" w:color="auto" w:fill="E8F0EC"/>
          </w:tcPr>
          <w:p>
            <w:r>
              <w:t>재료/매체</w:t>
            </w:r>
          </w:p>
        </w:tc>
        <w:tc>
          <w:tcPr>
            <w:tcW w:w="2550" w:type="dxa"/>
            <w:shd w:val="clear" w:color="auto" w:fill="E8F0EC"/>
          </w:tcPr>
          <w:p>
            <w:r>
              <w:t>제작 시기</w:t>
            </w:r>
          </w:p>
        </w:tc>
      </w:tr>
      <w:tr>
        <w:tc>
          <w:tcPr>
            <w:tcW w:w="2550" w:type="dxa"/>
          </w:tcPr>
          <w:p>
            <w:r>
              <w:t>1</w:t>
            </w:r>
          </w:p>
        </w:tc>
        <w:tc>
          <w:tcPr>
            <w:tcW w:w="2550" w:type="dxa"/>
          </w:tcPr>
          <w:p/>
        </w:tc>
        <w:tc>
          <w:tcPr>
            <w:tcW w:w="2550" w:type="dxa"/>
          </w:tcPr>
          <w:p/>
        </w:tc>
        <w:tc>
          <w:tcPr>
            <w:tcW w:w="2550" w:type="dxa"/>
          </w:tcPr>
          <w:p/>
        </w:tc>
      </w:tr>
      <w:tr>
        <w:tc>
          <w:tcPr>
            <w:tcW w:w="2550" w:type="dxa"/>
          </w:tcPr>
          <w:p>
            <w:r>
              <w:t>2</w:t>
            </w:r>
          </w:p>
        </w:tc>
        <w:tc>
          <w:tcPr>
            <w:tcW w:w="2550" w:type="dxa"/>
          </w:tcPr>
          <w:p/>
        </w:tc>
        <w:tc>
          <w:tcPr>
            <w:tcW w:w="2550" w:type="dxa"/>
          </w:tcPr>
          <w:p/>
        </w:tc>
        <w:tc>
          <w:tcPr>
            <w:tcW w:w="2550" w:type="dxa"/>
          </w:tcPr>
          <w:p/>
        </w:tc>
      </w:tr>
      <w:tr>
        <w:tc>
          <w:tcPr>
            <w:tcW w:w="2550" w:type="dxa"/>
          </w:tcPr>
          <w:p>
            <w:r>
              <w:t>3</w:t>
            </w:r>
          </w:p>
        </w:tc>
        <w:tc>
          <w:tcPr>
            <w:tcW w:w="2550" w:type="dxa"/>
          </w:tcPr>
          <w:p/>
        </w:tc>
        <w:tc>
          <w:tcPr>
            <w:tcW w:w="2550" w:type="dxa"/>
          </w:tcPr>
          <w:p/>
        </w:tc>
        <w:tc>
          <w:tcPr>
            <w:tcW w:w="2550" w:type="dxa"/>
          </w:tcPr>
          <w:p/>
        </w:tc>
      </w:tr>
      <w:tr>
        <w:tc>
          <w:tcPr>
            <w:tcW w:w="2550" w:type="dxa"/>
          </w:tcPr>
          <w:p>
            <w:r>
              <w:t>4</w:t>
            </w:r>
          </w:p>
        </w:tc>
        <w:tc>
          <w:tcPr>
            <w:tcW w:w="2550" w:type="dxa"/>
          </w:tcPr>
          <w:p/>
        </w:tc>
        <w:tc>
          <w:tcPr>
            <w:tcW w:w="2550" w:type="dxa"/>
          </w:tcPr>
          <w:p/>
        </w:tc>
        <w:tc>
          <w:tcPr>
            <w:tcW w:w="2550" w:type="dxa"/>
          </w:tcPr>
          <w:p/>
        </w:tc>
      </w:tr>
      <w:tr>
        <w:tc>
          <w:tcPr>
            <w:tcW w:w="2550" w:type="dxa"/>
          </w:tcPr>
          <w:p>
            <w:r>
              <w:t>5</w:t>
            </w:r>
          </w:p>
        </w:tc>
        <w:tc>
          <w:tcPr>
            <w:tcW w:w="2550" w:type="dxa"/>
          </w:tcPr>
          <w:p/>
        </w:tc>
        <w:tc>
          <w:tcPr>
            <w:tcW w:w="2550" w:type="dxa"/>
          </w:tcPr>
          <w:p/>
        </w:tc>
        <w:tc>
          <w:tcPr>
            <w:tcW w:w="2550" w:type="dxa"/>
          </w:tcPr>
          <w:p/>
        </w:tc>
      </w:tr>
    </w:tbl>
    <w:p>
      <w:pPr>
        <w:spacing w:after="60" w:before="160" w:line="264" w:lineRule="auto"/>
      </w:pPr>
      <w:r>
        <w:rPr>
          <w:rFonts w:ascii="맑은 고딕" w:eastAsia="맑은 고딕" w:hAnsi="맑은 고딕"/>
          <w:b/>
          <w:sz w:val="24"/>
        </w:rPr>
        <w:t>F.</w:t>
      </w:r>
      <w:r>
        <w:rPr>
          <w:lang w:eastAsia="ko-KR"/>
          <w:rFonts w:ascii="맑은 고딕" w:eastAsia="맑은 고딕" w:hAnsi="맑은 고딕"/>
          <w:b/>
          <w:sz w:val="24"/>
          <w:rtl w:val="off"/>
        </w:rPr>
        <w:t xml:space="preserve"> </w:t>
      </w:r>
      <w:r>
        <w:rPr>
          <w:rFonts w:ascii="맑은 고딕" w:eastAsia="맑은 고딕" w:hAnsi="맑은 고딕"/>
          <w:b/>
          <w:sz w:val="24"/>
        </w:rPr>
        <w:t>개인정보 수집·이용 동의</w:t>
      </w:r>
    </w:p>
    <w:p>
      <w:pPr>
        <w:spacing w:after="80" w:before="0" w:line="264" w:lineRule="auto"/>
      </w:pPr>
      <w:r>
        <w:rPr>
          <w:rFonts w:ascii="맑은 고딕" w:eastAsia="맑은 고딕" w:hAnsi="맑은 고딕"/>
          <w:b w:val="0"/>
          <w:sz w:val="17"/>
        </w:rPr>
        <w:t>Heart Calm Institute는 ARTIST LAB 신청, 참여자 선정, Artist Discovery, Studio 구성·배정, 프로그램 운영 및 안내를 위해 개인정보를 수집·이용합니다.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0"/>
        <w:gridCol w:w="8149"/>
      </w:tblGrid>
      <w:tr>
        <w:tc>
          <w:tcPr>
            <w:tcW w:w="2050" w:type="dxa"/>
            <w:shd w:val="clear" w:color="auto" w:fill="F1F4F2"/>
          </w:tcPr>
          <w:p>
            <w:r>
              <w:rPr>
                <w:sz w:val="16"/>
              </w:rPr>
              <w:t>수집·이용 목적</w:t>
            </w:r>
          </w:p>
        </w:tc>
        <w:tc>
          <w:tcPr>
            <w:tcW w:w="8149" w:type="dxa"/>
          </w:tcPr>
          <w:p>
            <w:r>
              <w:rPr>
                <w:sz w:val="16"/>
              </w:rPr>
              <w:t>신청 접수, 참여자 선정, Artist Discovery, Studio 구성·배정, 프로그램 운영 및 안내</w:t>
            </w:r>
          </w:p>
        </w:tc>
      </w:tr>
      <w:tr>
        <w:tc>
          <w:tcPr>
            <w:tcW w:w="2050" w:type="dxa"/>
            <w:shd w:val="clear" w:color="auto" w:fill="F1F4F2"/>
          </w:tcPr>
          <w:p>
            <w:r>
              <w:rPr>
                <w:sz w:val="16"/>
              </w:rPr>
              <w:t>수집 항목</w:t>
            </w:r>
          </w:p>
        </w:tc>
        <w:tc>
          <w:tcPr>
            <w:tcW w:w="8149" w:type="dxa"/>
          </w:tcPr>
          <w:p>
            <w:r>
              <w:rPr>
                <w:sz w:val="16"/>
              </w:rPr>
              <w:t>성명, 생년월일/연령, 보호자 성명(해당 시), 연락처, 이메일, 예술 활동·관심 정보, 포트폴리오, 참여 가능 시간, 프로그램 참여에 필요한 지원 관련 정보</w:t>
            </w:r>
          </w:p>
        </w:tc>
      </w:tr>
      <w:tr>
        <w:tc>
          <w:tcPr>
            <w:tcW w:w="2050" w:type="dxa"/>
            <w:shd w:val="clear" w:color="auto" w:fill="F1F4F2"/>
          </w:tcPr>
          <w:p>
            <w:r>
              <w:rPr>
                <w:sz w:val="16"/>
              </w:rPr>
              <w:t>보유·이용 기간</w:t>
            </w:r>
          </w:p>
        </w:tc>
        <w:tc>
          <w:tcPr>
            <w:tcW w:w="8149" w:type="dxa"/>
          </w:tcPr>
          <w:p>
            <w:r>
              <w:rPr>
                <w:sz w:val="16"/>
              </w:rPr>
              <w:t>신청 및 프로그램 운영 목적 달성 후 관련 법령 및 Heart Calm Institute의 개인정보 처리 기준에 따라 보관 후 파기</w:t>
            </w:r>
          </w:p>
        </w:tc>
      </w:tr>
      <w:tr>
        <w:tc>
          <w:tcPr>
            <w:tcW w:w="2050" w:type="dxa"/>
            <w:shd w:val="clear" w:color="auto" w:fill="F1F4F2"/>
          </w:tcPr>
          <w:p>
            <w:r>
              <w:rPr>
                <w:sz w:val="16"/>
              </w:rPr>
              <w:t>동의 거부 권리</w:t>
            </w:r>
          </w:p>
        </w:tc>
        <w:tc>
          <w:tcPr>
            <w:tcW w:w="8149" w:type="dxa"/>
          </w:tcPr>
          <w:p>
            <w:r>
              <w:rPr>
                <w:sz w:val="16"/>
              </w:rPr>
              <w:t>동의를 거부할 수 있으나 필수정보 수집에 동의하지 않는 경우 신청 및 참여가 제한될 수 있습니다.</w:t>
            </w:r>
          </w:p>
        </w:tc>
      </w:tr>
      <w:tr>
        <w:tc>
          <w:tcPr>
            <w:tcW w:w="2050" w:type="dxa"/>
            <w:shd w:val="clear" w:color="auto" w:fill="F1F4F2"/>
          </w:tcPr>
          <w:p>
            <w:r>
              <w:rPr>
                <w:sz w:val="16"/>
              </w:rPr>
              <w:t>동의 여부</w:t>
            </w:r>
          </w:p>
        </w:tc>
        <w:tc>
          <w:tcPr>
            <w:tcW w:w="8149" w:type="dxa"/>
          </w:tcPr>
          <w:p>
            <w:r>
              <w:rPr>
                <w:sz w:val="16"/>
              </w:rPr>
              <w:t>□ 동의합니다.      □ 동의하지 않습니다.</w:t>
            </w:r>
          </w:p>
        </w:tc>
      </w:tr>
    </w:tbl>
    <w:p>
      <w:pPr>
        <w:spacing w:after="80" w:before="0" w:line="264" w:lineRule="auto"/>
        <w:rPr>
          <w:lang w:eastAsia="ko-KR"/>
          <w:rFonts w:ascii="맑은 고딕" w:eastAsia="맑은 고딕" w:hAnsi="맑은 고딕" w:hint="eastAsia"/>
          <w:b w:val="0"/>
          <w:sz w:val="17"/>
          <w:rtl w:val="off"/>
        </w:rPr>
      </w:pPr>
      <w:r>
        <w:rPr>
          <w:rFonts w:ascii="맑은 고딕" w:eastAsia="맑은 고딕" w:hAnsi="맑은 고딕"/>
          <w:b w:val="0"/>
          <w:sz w:val="17"/>
        </w:rPr>
        <w:br/>
      </w:r>
    </w:p>
    <w:p>
      <w:pPr>
        <w:spacing w:after="80" w:before="0" w:line="264" w:lineRule="auto"/>
      </w:pPr>
      <w:r>
        <w:rPr>
          <w:rFonts w:ascii="맑은 고딕" w:eastAsia="맑은 고딕" w:hAnsi="맑은 고딕"/>
          <w:b w:val="0"/>
          <w:sz w:val="17"/>
        </w:rPr>
        <w:t>신청일: ________년 ____월 ____일     신청자 성명: __________________     서명: __________________</w:t>
      </w:r>
    </w:p>
    <w:p>
      <w:pPr>
        <w:spacing w:after="80" w:before="0" w:line="264" w:lineRule="auto"/>
      </w:pPr>
      <w:r>
        <w:rPr>
          <w:rFonts w:ascii="맑은 고딕" w:eastAsia="맑은 고딕" w:hAnsi="맑은 고딕"/>
          <w:b w:val="0"/>
          <w:sz w:val="17"/>
        </w:rPr>
        <w:t>보호자/법정대리인 성명(해당 시): __________________     서명: __________________</w:t>
      </w:r>
    </w:p>
    <w:sectPr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charset w:val="00"/>
    <w:notTrueType w:val="false"/>
    <w:sig w:usb0="9000002F" w:usb1="29D77CFB" w:usb2="00000012" w:usb3="00000001" w:csb0="00080001" w:csb1="00000001"/>
  </w:font>
  <w:font w:name="Courier">
    <w:panose1 w:val="02000500FFFFFFFFFFFF"/>
    <w:family w:val="auto"/>
    <w:charset w:val="00"/>
    <w:notTrueType w:val="false"/>
    <w:pitch w:val="variable"/>
    <w:sig w:usb0="00000003" w:usb1="00000000" w:usb2="00000000" w:usb3="00000000" w:csb0="00000001" w:csb1="00000000"/>
  </w:font>
  <w:font w:name="Symbol">
    <w:panose1 w:val="05050102010706020507"/>
    <w:family w:val="auto"/>
    <w:charset w:val="02"/>
    <w:notTrueType w:val="false"/>
    <w:sig w:usb0="00000001" w:usb1="00000001" w:usb2="00000001" w:usb3="00000001" w:csb0="80000000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ffffff89"/>
    <w:multiLevelType w:val="singleLevel"/>
    <w:tmpl w:val="29761a62"/>
    <w:lvl w:ilvl="0">
      <w:start w:val="1"/>
      <w:numFmt w:val="bullet"/>
      <w:lvlText w:val=""/>
      <w:lvlJc w:val="left"/>
      <w:pStyle w:val="ListBullet"/>
      <w:pPr>
        <w:ind w:left="360" w:hanging="360"/>
        <w:tabs>
          <w:tab w:val="num" w:pos="360"/>
        </w:tabs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d1effd4"/>
    <w:lvl w:ilvl="0">
      <w:start w:val="1"/>
      <w:numFmt w:val="bullet"/>
      <w:lvlText w:val=""/>
      <w:lvlJc w:val="left"/>
      <w:pStyle w:val="ListBullet2"/>
      <w:pPr>
        <w:ind w:left="720" w:hanging="360"/>
        <w:tabs>
          <w:tab w:val="num" w:pos="720"/>
        </w:tabs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f3eafdec"/>
    <w:lvl w:ilvl="0">
      <w:start w:val="1"/>
      <w:numFmt w:val="bullet"/>
      <w:lvlText w:val=""/>
      <w:lvlJc w:val="left"/>
      <w:pStyle w:val="ListBullet3"/>
      <w:pPr>
        <w:ind w:left="1080" w:hanging="360"/>
        <w:tabs>
          <w:tab w:val="num" w:pos="1080"/>
        </w:tabs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d0a62b40"/>
    <w:lvl w:ilvl="0">
      <w:start w:val="1"/>
      <w:lvlText w:val="%1."/>
      <w:lvlJc w:val="left"/>
      <w:pStyle w:val="ListNumber"/>
      <w:pPr>
        <w:ind w:left="360" w:hanging="360"/>
        <w:tabs>
          <w:tab w:val="num" w:pos="360"/>
        </w:tabs>
      </w:pPr>
    </w:lvl>
  </w:abstractNum>
  <w:abstractNum w:abstractNumId="4">
    <w:nsid w:val="ffffff7f"/>
    <w:multiLevelType w:val="singleLevel"/>
    <w:tmpl w:val="38441652"/>
    <w:lvl w:ilvl="0">
      <w:start w:val="1"/>
      <w:lvlText w:val="%1."/>
      <w:lvlJc w:val="left"/>
      <w:pStyle w:val="ListNumber2"/>
      <w:pPr>
        <w:ind w:left="720" w:hanging="360"/>
        <w:tabs>
          <w:tab w:val="num" w:pos="720"/>
        </w:tabs>
      </w:pPr>
    </w:lvl>
  </w:abstractNum>
  <w:abstractNum w:abstractNumId="5">
    <w:nsid w:val="ffffff7e"/>
    <w:multiLevelType w:val="singleLevel"/>
    <w:tmpl w:val="fb12693a"/>
    <w:lvl w:ilvl="0">
      <w:start w:val="1"/>
      <w:lvlText w:val="%1."/>
      <w:lvlJc w:val="left"/>
      <w:pStyle w:val="ListNumber3"/>
      <w:pPr>
        <w:ind w:left="1080" w:hanging="360"/>
        <w:tabs>
          <w:tab w:val="num" w:pos="1080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ja-JP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096382803"/>
    <w:lsdException w:name="toc 2" w:uiPriority="1096382803"/>
    <w:lsdException w:name="toc 3" w:uiPriority="1096382803"/>
    <w:lsdException w:name="toc 4" w:uiPriority="1096382803"/>
    <w:lsdException w:name="toc 5" w:uiPriority="1096382803"/>
    <w:lsdException w:name="toc 6" w:uiPriority="1096382803"/>
    <w:lsdException w:name="toc 7" w:uiPriority="1096382803"/>
    <w:lsdException w:name="toc 8" w:uiPriority="1096382803"/>
    <w:lsdException w:name="toc 9" w:uiPriority="1096382803"/>
    <w:lsdException w:name="caption" w:uiPriority="1096372839" w:qFormat="1"/>
    <w:lsdException w:name="Title" w:semiHidden="0" w:uiPriority="1388692" w:unhideWhenUsed="0" w:qFormat="1"/>
    <w:lsdException w:name="Default Paragraph Font" w:uiPriority="1"/>
    <w:lsdException w:name="Subtitle" w:semiHidden="0" w:uiPriority="1388693" w:unhideWhenUsed="0" w:qFormat="1"/>
    <w:lsdException w:name="Strong" w:semiHidden="0" w:uiPriority="541595266" w:unhideWhenUsed="0" w:qFormat="1"/>
    <w:lsdException w:name="Emphasis" w:semiHidden="0" w:uiPriority="423698564" w:unhideWhenUsed="0" w:qFormat="1"/>
    <w:lsdException w:name="Table Grid" w:semiHidden="0" w:uiPriority="-177469246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1810282952" w:unhideWhenUsed="0"/>
    <w:lsdException w:name="Light List" w:semiHidden="0" w:uiPriority="1810282953" w:unhideWhenUsed="0"/>
    <w:lsdException w:name="Light Grid" w:semiHidden="0" w:uiPriority="1810283002" w:unhideWhenUsed="0"/>
    <w:lsdException w:name="Medium Shading 1" w:semiHidden="0" w:uiPriority="1810283003" w:unhideWhenUsed="0"/>
    <w:lsdException w:name="Medium Shading 2" w:semiHidden="0" w:uiPriority="692675664" w:unhideWhenUsed="0"/>
    <w:lsdException w:name="Medium List 1" w:semiHidden="0" w:uiPriority="692675665" w:unhideWhenUsed="0"/>
    <w:lsdException w:name="Medium List 2" w:semiHidden="0" w:uiPriority="561600082" w:unhideWhenUsed="0"/>
    <w:lsdException w:name="Medium Grid 1" w:semiHidden="0" w:uiPriority="561600083" w:unhideWhenUsed="0"/>
    <w:lsdException w:name="Medium Grid 2" w:semiHidden="0" w:uiPriority="562037520" w:unhideWhenUsed="0"/>
    <w:lsdException w:name="Medium Grid 3" w:semiHidden="0" w:uiPriority="562037521" w:unhideWhenUsed="0"/>
    <w:lsdException w:name="Dark List" w:semiHidden="0" w:uiPriority="563296022" w:unhideWhenUsed="0"/>
    <w:lsdException w:name="Colorful Shading" w:semiHidden="0" w:uiPriority="563296023" w:unhideWhenUsed="0"/>
    <w:lsdException w:name="Colorful List" w:semiHidden="0" w:uiPriority="843122962" w:unhideWhenUsed="0"/>
    <w:lsdException w:name="Colorful Grid" w:semiHidden="0" w:uiPriority="843122963" w:unhideWhenUsed="0"/>
    <w:lsdException w:name="Light Shading Accent 1" w:semiHidden="0" w:uiPriority="1810282952" w:unhideWhenUsed="0"/>
    <w:lsdException w:name="Light List Accent 1" w:semiHidden="0" w:uiPriority="1810282953" w:unhideWhenUsed="0"/>
    <w:lsdException w:name="Light Grid Accent 1" w:semiHidden="0" w:uiPriority="1810283002" w:unhideWhenUsed="0"/>
    <w:lsdException w:name="Medium Shading 1 Accent 1" w:semiHidden="0" w:uiPriority="1810283003" w:unhideWhenUsed="0"/>
    <w:lsdException w:name="Medium Shading 2 Accent 1" w:semiHidden="0" w:uiPriority="692675664" w:unhideWhenUsed="0"/>
    <w:lsdException w:name="Medium List 1 Accent 1" w:semiHidden="0" w:uiPriority="692675665" w:unhideWhenUsed="0"/>
    <w:lsdException w:name="Revision" w:unhideWhenUsed="0"/>
    <w:lsdException w:name="List Paragraph" w:semiHidden="0" w:uiPriority="1096372838" w:unhideWhenUsed="0" w:qFormat="1"/>
    <w:lsdException w:name="Quote" w:semiHidden="0" w:uiPriority="561202483" w:unhideWhenUsed="0" w:qFormat="1"/>
    <w:lsdException w:name="Intense Quote" w:semiHidden="0" w:uiPriority="579242120" w:unhideWhenUsed="0" w:qFormat="1"/>
    <w:lsdException w:name="Medium List 2 Accent 1" w:semiHidden="0" w:uiPriority="561600082" w:unhideWhenUsed="0"/>
    <w:lsdException w:name="Medium Grid 1 Accent 1" w:semiHidden="0" w:uiPriority="561600083" w:unhideWhenUsed="0"/>
    <w:lsdException w:name="Medium Grid 2 Accent 1" w:semiHidden="0" w:uiPriority="562037520" w:unhideWhenUsed="0"/>
    <w:lsdException w:name="Medium Grid 3 Accent 1" w:semiHidden="0" w:uiPriority="562037521" w:unhideWhenUsed="0"/>
    <w:lsdException w:name="Dark List Accent 1" w:semiHidden="0" w:uiPriority="563296022" w:unhideWhenUsed="0"/>
    <w:lsdException w:name="Colorful Shading Accent 1" w:semiHidden="0" w:uiPriority="563296023" w:unhideWhenUsed="0"/>
    <w:lsdException w:name="Colorful List Accent 1" w:semiHidden="0" w:uiPriority="843122962" w:unhideWhenUsed="0"/>
    <w:lsdException w:name="Colorful Grid Accent 1" w:semiHidden="0" w:uiPriority="843122963" w:unhideWhenUsed="0"/>
    <w:lsdException w:name="Light Shading Accent 2" w:semiHidden="0" w:uiPriority="1810282952" w:unhideWhenUsed="0"/>
    <w:lsdException w:name="Light List Accent 2" w:semiHidden="0" w:uiPriority="1810282953" w:unhideWhenUsed="0"/>
    <w:lsdException w:name="Light Grid Accent 2" w:semiHidden="0" w:uiPriority="1810283002" w:unhideWhenUsed="0"/>
    <w:lsdException w:name="Medium Shading 1 Accent 2" w:semiHidden="0" w:uiPriority="1810283003" w:unhideWhenUsed="0"/>
    <w:lsdException w:name="Medium Shading 2 Accent 2" w:semiHidden="0" w:uiPriority="692675664" w:unhideWhenUsed="0"/>
    <w:lsdException w:name="Medium List 1 Accent 2" w:semiHidden="0" w:uiPriority="692675665" w:unhideWhenUsed="0"/>
    <w:lsdException w:name="Medium List 2 Accent 2" w:semiHidden="0" w:uiPriority="561600082" w:unhideWhenUsed="0"/>
    <w:lsdException w:name="Medium Grid 1 Accent 2" w:semiHidden="0" w:uiPriority="561600083" w:unhideWhenUsed="0"/>
    <w:lsdException w:name="Medium Grid 2 Accent 2" w:semiHidden="0" w:uiPriority="562037520" w:unhideWhenUsed="0"/>
    <w:lsdException w:name="Medium Grid 3 Accent 2" w:semiHidden="0" w:uiPriority="562037521" w:unhideWhenUsed="0"/>
    <w:lsdException w:name="Dark List Accent 2" w:semiHidden="0" w:uiPriority="563296022" w:unhideWhenUsed="0"/>
    <w:lsdException w:name="Colorful Shading Accent 2" w:semiHidden="0" w:uiPriority="563296023" w:unhideWhenUsed="0"/>
    <w:lsdException w:name="Colorful List Accent 2" w:semiHidden="0" w:uiPriority="843122962" w:unhideWhenUsed="0"/>
    <w:lsdException w:name="Colorful Grid Accent 2" w:semiHidden="0" w:uiPriority="843122963" w:unhideWhenUsed="0"/>
    <w:lsdException w:name="Light Shading Accent 3" w:semiHidden="0" w:uiPriority="1810282952" w:unhideWhenUsed="0"/>
    <w:lsdException w:name="Light List Accent 3" w:semiHidden="0" w:uiPriority="1810282953" w:unhideWhenUsed="0"/>
    <w:lsdException w:name="Light Grid Accent 3" w:semiHidden="0" w:uiPriority="1810283002" w:unhideWhenUsed="0"/>
    <w:lsdException w:name="Medium Shading 1 Accent 3" w:semiHidden="0" w:uiPriority="1810283003" w:unhideWhenUsed="0"/>
    <w:lsdException w:name="Medium Shading 2 Accent 3" w:semiHidden="0" w:uiPriority="692675664" w:unhideWhenUsed="0"/>
    <w:lsdException w:name="Medium List 1 Accent 3" w:semiHidden="0" w:uiPriority="692675665" w:unhideWhenUsed="0"/>
    <w:lsdException w:name="Medium List 2 Accent 3" w:semiHidden="0" w:uiPriority="561600082" w:unhideWhenUsed="0"/>
    <w:lsdException w:name="Medium Grid 1 Accent 3" w:semiHidden="0" w:uiPriority="561600083" w:unhideWhenUsed="0"/>
    <w:lsdException w:name="Medium Grid 2 Accent 3" w:semiHidden="0" w:uiPriority="562037520" w:unhideWhenUsed="0"/>
    <w:lsdException w:name="Medium Grid 3 Accent 3" w:semiHidden="0" w:uiPriority="562037521" w:unhideWhenUsed="0"/>
    <w:lsdException w:name="Dark List Accent 3" w:semiHidden="0" w:uiPriority="563296022" w:unhideWhenUsed="0"/>
    <w:lsdException w:name="Colorful Shading Accent 3" w:semiHidden="0" w:uiPriority="563296023" w:unhideWhenUsed="0"/>
    <w:lsdException w:name="Colorful List Accent 3" w:semiHidden="0" w:uiPriority="843122962" w:unhideWhenUsed="0"/>
    <w:lsdException w:name="Colorful Grid Accent 3" w:semiHidden="0" w:uiPriority="843122963" w:unhideWhenUsed="0"/>
    <w:lsdException w:name="Light Shading Accent 4" w:semiHidden="0" w:uiPriority="1810282952" w:unhideWhenUsed="0"/>
    <w:lsdException w:name="Light List Accent 4" w:semiHidden="0" w:uiPriority="1810282953" w:unhideWhenUsed="0"/>
    <w:lsdException w:name="Light Grid Accent 4" w:semiHidden="0" w:uiPriority="1810283002" w:unhideWhenUsed="0"/>
    <w:lsdException w:name="Medium Shading 1 Accent 4" w:semiHidden="0" w:uiPriority="1810283003" w:unhideWhenUsed="0"/>
    <w:lsdException w:name="Medium Shading 2 Accent 4" w:semiHidden="0" w:uiPriority="692675664" w:unhideWhenUsed="0"/>
    <w:lsdException w:name="Medium List 1 Accent 4" w:semiHidden="0" w:uiPriority="692675665" w:unhideWhenUsed="0"/>
    <w:lsdException w:name="Medium List 2 Accent 4" w:semiHidden="0" w:uiPriority="561600082" w:unhideWhenUsed="0"/>
    <w:lsdException w:name="Medium Grid 1 Accent 4" w:semiHidden="0" w:uiPriority="561600083" w:unhideWhenUsed="0"/>
    <w:lsdException w:name="Medium Grid 2 Accent 4" w:semiHidden="0" w:uiPriority="562037520" w:unhideWhenUsed="0"/>
    <w:lsdException w:name="Medium Grid 3 Accent 4" w:semiHidden="0" w:uiPriority="562037521" w:unhideWhenUsed="0"/>
    <w:lsdException w:name="Dark List Accent 4" w:semiHidden="0" w:uiPriority="563296022" w:unhideWhenUsed="0"/>
    <w:lsdException w:name="Colorful Shading Accent 4" w:semiHidden="0" w:uiPriority="563296023" w:unhideWhenUsed="0"/>
    <w:lsdException w:name="Colorful List Accent 4" w:semiHidden="0" w:uiPriority="843122962" w:unhideWhenUsed="0"/>
    <w:lsdException w:name="Colorful Grid Accent 4" w:semiHidden="0" w:uiPriority="843122963" w:unhideWhenUsed="0"/>
    <w:lsdException w:name="Light Shading Accent 5" w:semiHidden="0" w:uiPriority="1810282952" w:unhideWhenUsed="0"/>
    <w:lsdException w:name="Light List Accent 5" w:semiHidden="0" w:uiPriority="1810282953" w:unhideWhenUsed="0"/>
    <w:lsdException w:name="Light Grid Accent 5" w:semiHidden="0" w:uiPriority="1810283002" w:unhideWhenUsed="0"/>
    <w:lsdException w:name="Medium Shading 1 Accent 5" w:semiHidden="0" w:uiPriority="1810283003" w:unhideWhenUsed="0"/>
    <w:lsdException w:name="Medium Shading 2 Accent 5" w:semiHidden="0" w:uiPriority="692675664" w:unhideWhenUsed="0"/>
    <w:lsdException w:name="Medium List 1 Accent 5" w:semiHidden="0" w:uiPriority="692675665" w:unhideWhenUsed="0"/>
    <w:lsdException w:name="Medium List 2 Accent 5" w:semiHidden="0" w:uiPriority="561600082" w:unhideWhenUsed="0"/>
    <w:lsdException w:name="Medium Grid 1 Accent 5" w:semiHidden="0" w:uiPriority="561600083" w:unhideWhenUsed="0"/>
    <w:lsdException w:name="Medium Grid 2 Accent 5" w:semiHidden="0" w:uiPriority="562037520" w:unhideWhenUsed="0"/>
    <w:lsdException w:name="Medium Grid 3 Accent 5" w:semiHidden="0" w:uiPriority="562037521" w:unhideWhenUsed="0"/>
    <w:lsdException w:name="Dark List Accent 5" w:semiHidden="0" w:uiPriority="563296022" w:unhideWhenUsed="0"/>
    <w:lsdException w:name="Colorful Shading Accent 5" w:semiHidden="0" w:uiPriority="563296023" w:unhideWhenUsed="0"/>
    <w:lsdException w:name="Colorful List Accent 5" w:semiHidden="0" w:uiPriority="843122962" w:unhideWhenUsed="0"/>
    <w:lsdException w:name="Colorful Grid Accent 5" w:semiHidden="0" w:uiPriority="843122963" w:unhideWhenUsed="0"/>
    <w:lsdException w:name="Light Shading Accent 6" w:semiHidden="0" w:uiPriority="1810282952" w:unhideWhenUsed="0"/>
    <w:lsdException w:name="Light List Accent 6" w:semiHidden="0" w:uiPriority="1810282953" w:unhideWhenUsed="0"/>
    <w:lsdException w:name="Light Grid Accent 6" w:semiHidden="0" w:uiPriority="1810283002" w:unhideWhenUsed="0"/>
    <w:lsdException w:name="Medium Shading 1 Accent 6" w:semiHidden="0" w:uiPriority="1810283003" w:unhideWhenUsed="0"/>
    <w:lsdException w:name="Medium Shading 2 Accent 6" w:semiHidden="0" w:uiPriority="692675664" w:unhideWhenUsed="0"/>
    <w:lsdException w:name="Medium List 1 Accent 6" w:semiHidden="0" w:uiPriority="692675665" w:unhideWhenUsed="0"/>
    <w:lsdException w:name="Medium List 2 Accent 6" w:semiHidden="0" w:uiPriority="561600082" w:unhideWhenUsed="0"/>
    <w:lsdException w:name="Medium Grid 1 Accent 6" w:semiHidden="0" w:uiPriority="561600083" w:unhideWhenUsed="0"/>
    <w:lsdException w:name="Medium Grid 2 Accent 6" w:semiHidden="0" w:uiPriority="562037520" w:unhideWhenUsed="0"/>
    <w:lsdException w:name="Medium Grid 3 Accent 6" w:semiHidden="0" w:uiPriority="562037521" w:unhideWhenUsed="0"/>
    <w:lsdException w:name="Dark List Accent 6" w:semiHidden="0" w:uiPriority="563296022" w:unhideWhenUsed="0"/>
    <w:lsdException w:name="Colorful Shading Accent 6" w:semiHidden="0" w:uiPriority="563296023" w:unhideWhenUsed="0"/>
    <w:lsdException w:name="Colorful List Accent 6" w:semiHidden="0" w:uiPriority="843122962" w:unhideWhenUsed="0"/>
    <w:lsdException w:name="Colorful Grid Accent 6" w:semiHidden="0" w:uiPriority="843122963" w:unhideWhenUsed="0"/>
    <w:lsdException w:name="Subtle Emphasis" w:semiHidden="0" w:uiPriority="20481685" w:unhideWhenUsed="0" w:qFormat="1"/>
    <w:lsdException w:name="Intense Emphasis" w:semiHidden="0" w:uiPriority="423698565" w:unhideWhenUsed="0" w:qFormat="1"/>
    <w:lsdException w:name="Subtle Reference" w:semiHidden="0" w:uiPriority="579242121" w:unhideWhenUsed="0" w:qFormat="1"/>
    <w:lsdException w:name="Intense Reference" w:semiHidden="0" w:uiPriority="594117988" w:unhideWhenUsed="0" w:qFormat="1"/>
    <w:lsdException w:name="Book Title" w:semiHidden="0" w:uiPriority="594117989" w:unhideWhenUsed="0" w:qFormat="1"/>
    <w:lsdException w:name="Bibliography" w:uiPriority="1096372841"/>
    <w:lsdException w:name="TOC Heading" w:uiPriority="1096382803" w:qFormat="1"/>
  </w:latentStyles>
  <w:style w:type="paragraph" w:default="1" w:styleId="Normal">
    <w:name w:val="Normal"/>
    <w:qFormat/>
    <w:rPr>
      <w:rFonts w:ascii="맑은 고딕" w:eastAsia="맑은 고딕" w:hAnsi="맑은 고딕"/>
      <w:sz w:val="20"/>
    </w:rPr>
  </w:style>
  <w:style w:type="paragraph" w:customStyle="1" w:styleId="Header">
    <w:name w:val="header"/>
    <w:uiPriority w:val="99"/>
    <w:basedOn w:val="Normal"/>
    <w:link w:val="Head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uiPriority w:val="99"/>
    <w:basedOn w:val="DefaultParagraphFont"/>
    <w:link w:val="Header"/>
  </w:style>
  <w:style w:type="paragraph" w:customStyle="1" w:styleId="Footer">
    <w:name w:val="footer"/>
    <w:uiPriority w:val="99"/>
    <w:basedOn w:val="Normal"/>
    <w:link w:val="Foot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uiPriority w:val="99"/>
    <w:basedOn w:val="DefaultParagraphFont"/>
    <w:link w:val="Footer"/>
  </w:style>
  <w:style w:type="paragraph" w:styleId="Heading1">
    <w:name w:val="heading 1"/>
    <w:uiPriority w:val="9"/>
    <w:basedOn w:val="Normal"/>
    <w:next w:val="Normal"/>
    <w:link w:val="Heading1Char"/>
    <w:qFormat/>
    <w:pPr>
      <w:keepNext/>
      <w:keepLines/>
      <w:outlineLvl w:val="0"/>
      <w:spacing w:after="0" w:before="480"/>
    </w:pPr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paragraph" w:styleId="Heading2">
    <w:name w:val="heading 2"/>
    <w:uiPriority w:val="9"/>
    <w:basedOn w:val="Normal"/>
    <w:next w:val="Normal"/>
    <w:link w:val="Heading2Char"/>
    <w:qFormat/>
    <w:unhideWhenUsed/>
    <w:pPr>
      <w:keepNext/>
      <w:keepLines/>
      <w:outlineLvl w:val="1"/>
      <w:spacing w:after="0" w:before="200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uiPriority w:val="9"/>
    <w:basedOn w:val="Normal"/>
    <w:next w:val="Normal"/>
    <w:link w:val="Heading3Char"/>
    <w:qFormat/>
    <w:unhideWhenUsed/>
    <w:pPr>
      <w:keepNext/>
      <w:keepLines/>
      <w:outlineLvl w:val="2"/>
      <w:spacing w:after="0" w:before="200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uiPriority w:val="9"/>
    <w:basedOn w:val="Normal"/>
    <w:next w:val="Normal"/>
    <w:link w:val="Heading4Char"/>
    <w:qFormat/>
    <w:semiHidden/>
    <w:unhideWhenUsed/>
    <w:pPr>
      <w:keepNext/>
      <w:keepLines/>
      <w:outlineLvl w:val="3"/>
      <w:spacing w:after="0" w:before="200"/>
    </w:pPr>
    <w:rPr>
      <w:rFonts w:asciiTheme="majorHAnsi" w:eastAsiaTheme="majorEastAsia" w:hAnsiTheme="majorHAnsi" w:cstheme="majorBidi"/>
      <w:b/>
      <w:bCs/>
      <w:i/>
      <w:iCs/>
      <w:color w:val="4F81BD"/>
    </w:rPr>
  </w:style>
  <w:style w:type="paragraph" w:styleId="Heading5">
    <w:name w:val="heading 5"/>
    <w:uiPriority w:val="9"/>
    <w:basedOn w:val="Normal"/>
    <w:next w:val="Normal"/>
    <w:link w:val="Heading5Char"/>
    <w:qFormat/>
    <w:semiHidden/>
    <w:unhideWhenUsed/>
    <w:pPr>
      <w:keepNext/>
      <w:keepLines/>
      <w:outlineLvl w:val="4"/>
      <w:spacing w:after="0" w:before="200"/>
    </w:pPr>
    <w:rPr>
      <w:rFonts w:asciiTheme="majorHAnsi" w:eastAsiaTheme="majorEastAsia" w:hAnsiTheme="majorHAnsi" w:cstheme="majorBidi"/>
      <w:color w:val="244061"/>
    </w:rPr>
  </w:style>
  <w:style w:type="paragraph" w:styleId="Heading6">
    <w:name w:val="heading 6"/>
    <w:uiPriority w:val="9"/>
    <w:basedOn w:val="Normal"/>
    <w:next w:val="Normal"/>
    <w:link w:val="Heading6Char"/>
    <w:qFormat/>
    <w:semiHidden/>
    <w:unhideWhenUsed/>
    <w:pPr>
      <w:keepNext/>
      <w:keepLines/>
      <w:outlineLvl w:val="5"/>
      <w:spacing w:after="0" w:before="200"/>
    </w:pPr>
    <w:rPr>
      <w:rFonts w:asciiTheme="majorHAnsi" w:eastAsiaTheme="majorEastAsia" w:hAnsiTheme="majorHAnsi" w:cstheme="majorBidi"/>
      <w:i/>
      <w:iCs/>
      <w:color w:val="244061"/>
    </w:rPr>
  </w:style>
  <w:style w:type="paragraph" w:styleId="Heading7">
    <w:name w:val="heading 7"/>
    <w:uiPriority w:val="9"/>
    <w:basedOn w:val="Normal"/>
    <w:next w:val="Normal"/>
    <w:link w:val="Heading7Char"/>
    <w:qFormat/>
    <w:semiHidden/>
    <w:unhideWhenUsed/>
    <w:pPr>
      <w:keepNext/>
      <w:keepLines/>
      <w:outlineLvl w:val="6"/>
      <w:spacing w:after="0" w:before="200"/>
    </w:pPr>
    <w:rPr>
      <w:rFonts w:asciiTheme="majorHAnsi" w:eastAsiaTheme="majorEastAsia" w:hAnsiTheme="majorHAnsi" w:cstheme="majorBidi"/>
      <w:i/>
      <w:iCs/>
      <w:color w:val="3F3F3F"/>
    </w:rPr>
  </w:style>
  <w:style w:type="paragraph" w:styleId="Heading8">
    <w:name w:val="heading 8"/>
    <w:uiPriority w:val="9"/>
    <w:basedOn w:val="Normal"/>
    <w:next w:val="Normal"/>
    <w:link w:val="Heading8Char"/>
    <w:qFormat/>
    <w:semiHidden/>
    <w:unhideWhenUsed/>
    <w:pPr>
      <w:keepNext/>
      <w:keepLines/>
      <w:outlineLvl w:val="7"/>
      <w:spacing w:after="0" w:before="200"/>
    </w:pPr>
    <w:rPr>
      <w:rFonts w:asciiTheme="majorHAnsi" w:eastAsiaTheme="majorEastAsia" w:hAnsiTheme="majorHAnsi" w:cstheme="majorBidi"/>
      <w:color w:val="4F81BD"/>
      <w:sz w:val="20"/>
      <w:szCs w:val="20"/>
    </w:rPr>
  </w:style>
  <w:style w:type="paragraph" w:styleId="Heading9">
    <w:name w:val="heading 9"/>
    <w:uiPriority w:val="9"/>
    <w:basedOn w:val="Normal"/>
    <w:next w:val="Normal"/>
    <w:link w:val="Heading9Char"/>
    <w:qFormat/>
    <w:semiHidden/>
    <w:unhideWhenUsed/>
    <w:pPr>
      <w:keepNext/>
      <w:keepLines/>
      <w:outlineLvl w:val="8"/>
      <w:spacing w:after="0" w:before="200"/>
    </w:pPr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basedOn w:val="DefaultParagraphFont"/>
    <w:link w:val="Heading1"/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character" w:customStyle="1" w:styleId="Heading2Char">
    <w:name w:val="Heading 2 Char"/>
    <w:uiPriority w:val="9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">
    <w:name w:val="Heading 3 Char"/>
    <w:uiPriority w:val="9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paragraph" w:styleId="Title">
    <w:name w:val="Title"/>
    <w:uiPriority w:val="10"/>
    <w:basedOn w:val="Normal"/>
    <w:next w:val="Normal"/>
    <w:link w:val="TitleChar"/>
    <w:qFormat/>
    <w:pPr>
      <w:contextualSpacing/>
      <w:pBdr>
        <w:bottom w:val="single" w:sz="8" w:space="4" w:color="4F81BD" w:themeColor="accent1"/>
      </w:pBdr>
      <w:spacing w:after="300" w:line="240" w:lineRule="auto"/>
    </w:pPr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character" w:customStyle="1" w:styleId="TitleChar">
    <w:name w:val="Title Char"/>
    <w:uiPriority w:val="10"/>
    <w:basedOn w:val="DefaultParagraphFont"/>
    <w:link w:val="Title"/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paragraph" w:styleId="Subtitle">
    <w:name w:val="Subtitle"/>
    <w:uiPriority w:val="11"/>
    <w:basedOn w:val="Normal"/>
    <w:next w:val="Normal"/>
    <w:link w:val="SubtitleChar"/>
    <w:qFormat/>
    <w:pPr>
      <w:numPr>
        <w:ilvl w:val="0"/>
      </w:numPr>
    </w:pPr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character" w:customStyle="1" w:styleId="SubtitleChar">
    <w:name w:val="Subtitle Char"/>
    <w:uiPriority w:val="11"/>
    <w:basedOn w:val="DefaultParagraphFont"/>
    <w:link w:val="Subtitle"/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paragraph" w:styleId="ListParagraph">
    <w:name w:val="List Paragraph"/>
    <w:uiPriority w:val="34"/>
    <w:basedOn w:val="Normal"/>
    <w:qFormat/>
    <w:pPr>
      <w:ind w:left="720"/>
      <w:contextualSpacing/>
    </w:pPr>
  </w:style>
  <w:style w:type="paragraph" w:customStyle="1" w:styleId="BodyText">
    <w:name w:val="Body Text"/>
    <w:uiPriority w:val="99"/>
    <w:basedOn w:val="Normal"/>
    <w:link w:val="BodyTextChar"/>
    <w:unhideWhenUsed/>
    <w:pPr>
      <w:spacing w:after="120"/>
    </w:pPr>
  </w:style>
  <w:style w:type="character" w:customStyle="1" w:styleId="BodyTextChar">
    <w:name w:val="Body Text Char"/>
    <w:uiPriority w:val="99"/>
    <w:basedOn w:val="DefaultParagraphFont"/>
    <w:link w:val="BodyText"/>
  </w:style>
  <w:style w:type="paragraph" w:customStyle="1" w:styleId="BodyText2">
    <w:name w:val="Body Text 2"/>
    <w:uiPriority w:val="99"/>
    <w:basedOn w:val="Normal"/>
    <w:link w:val="BodyText2Char"/>
    <w:unhideWhenUsed/>
    <w:pPr>
      <w:spacing w:after="120" w:line="480" w:lineRule="auto"/>
    </w:pPr>
  </w:style>
  <w:style w:type="character" w:customStyle="1" w:styleId="BodyText2Char">
    <w:name w:val="Body Text 2 Char"/>
    <w:uiPriority w:val="99"/>
    <w:basedOn w:val="DefaultParagraphFont"/>
    <w:link w:val="BodyText2"/>
  </w:style>
  <w:style w:type="paragraph" w:customStyle="1" w:styleId="BodyText3">
    <w:name w:val="Body Text 3"/>
    <w:uiPriority w:val="99"/>
    <w:basedOn w:val="Normal"/>
    <w:link w:val="BodyText3Char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uiPriority w:val="99"/>
    <w:basedOn w:val="DefaultParagraphFont"/>
    <w:link w:val="BodyText3"/>
    <w:rPr>
      <w:sz w:val="16"/>
      <w:szCs w:val="16"/>
    </w:rPr>
  </w:style>
  <w:style w:type="paragraph" w:customStyle="1" w:styleId="List">
    <w:name w:val="List"/>
    <w:uiPriority w:val="99"/>
    <w:basedOn w:val="Normal"/>
    <w:unhideWhenUsed/>
    <w:pPr>
      <w:ind w:left="360" w:hanging="360"/>
      <w:contextualSpacing/>
    </w:pPr>
  </w:style>
  <w:style w:type="paragraph" w:customStyle="1" w:styleId="List2">
    <w:name w:val="List 2"/>
    <w:uiPriority w:val="99"/>
    <w:basedOn w:val="Normal"/>
    <w:unhideWhenUsed/>
    <w:pPr>
      <w:ind w:left="720" w:hanging="360"/>
      <w:contextualSpacing/>
    </w:pPr>
  </w:style>
  <w:style w:type="paragraph" w:customStyle="1" w:styleId="List3">
    <w:name w:val="List 3"/>
    <w:uiPriority w:val="99"/>
    <w:basedOn w:val="Normal"/>
    <w:unhideWhenUsed/>
    <w:pPr>
      <w:ind w:left="1080" w:hanging="360"/>
      <w:contextualSpacing/>
    </w:pPr>
  </w:style>
  <w:style w:type="paragraph" w:customStyle="1" w:styleId="ListBullet">
    <w:name w:val="List Bullet"/>
    <w:uiPriority w:val="99"/>
    <w:basedOn w:val="Normal"/>
    <w:unhideWhenUsed/>
    <w:pPr>
      <w:contextualSpacing/>
      <w:numPr>
        <w:ilvl w:val="0"/>
        <w:numId w:val="1"/>
      </w:numPr>
    </w:pPr>
  </w:style>
  <w:style w:type="paragraph" w:customStyle="1" w:styleId="ListBullet2">
    <w:name w:val="List Bullet 2"/>
    <w:uiPriority w:val="99"/>
    <w:basedOn w:val="Normal"/>
    <w:unhideWhenUsed/>
    <w:pPr>
      <w:contextualSpacing/>
      <w:numPr>
        <w:ilvl w:val="0"/>
        <w:numId w:val="2"/>
      </w:numPr>
    </w:pPr>
  </w:style>
  <w:style w:type="paragraph" w:customStyle="1" w:styleId="ListBullet3">
    <w:name w:val="List Bullet 3"/>
    <w:uiPriority w:val="99"/>
    <w:basedOn w:val="Normal"/>
    <w:unhideWhenUsed/>
    <w:pPr>
      <w:contextualSpacing/>
      <w:numPr>
        <w:ilvl w:val="0"/>
        <w:numId w:val="3"/>
      </w:numPr>
    </w:pPr>
  </w:style>
  <w:style w:type="paragraph" w:customStyle="1" w:styleId="ListNumber">
    <w:name w:val="List Number"/>
    <w:uiPriority w:val="99"/>
    <w:basedOn w:val="Normal"/>
    <w:unhideWhenUsed/>
    <w:pPr>
      <w:contextualSpacing/>
      <w:numPr>
        <w:ilvl w:val="0"/>
        <w:numId w:val="4"/>
      </w:numPr>
    </w:pPr>
  </w:style>
  <w:style w:type="paragraph" w:customStyle="1" w:styleId="ListNumber2">
    <w:name w:val="List Number 2"/>
    <w:uiPriority w:val="99"/>
    <w:basedOn w:val="Normal"/>
    <w:unhideWhenUsed/>
    <w:pPr>
      <w:contextualSpacing/>
      <w:numPr>
        <w:ilvl w:val="0"/>
        <w:numId w:val="5"/>
      </w:numPr>
    </w:pPr>
  </w:style>
  <w:style w:type="paragraph" w:customStyle="1" w:styleId="ListNumber3">
    <w:name w:val="List Number 3"/>
    <w:uiPriority w:val="99"/>
    <w:basedOn w:val="Normal"/>
    <w:unhideWhenUsed/>
    <w:pPr>
      <w:contextualSpacing/>
      <w:numPr>
        <w:ilvl w:val="0"/>
        <w:numId w:val="6"/>
      </w:numPr>
    </w:pPr>
  </w:style>
  <w:style w:type="paragraph" w:customStyle="1" w:styleId="ListContinue">
    <w:name w:val="List Continue"/>
    <w:uiPriority w:val="99"/>
    <w:basedOn w:val="Normal"/>
    <w:unhideWhenUsed/>
    <w:pPr>
      <w:ind w:left="360"/>
      <w:contextualSpacing/>
      <w:spacing w:after="120"/>
    </w:pPr>
  </w:style>
  <w:style w:type="paragraph" w:customStyle="1" w:styleId="ListContinue2">
    <w:name w:val="List Continue 2"/>
    <w:uiPriority w:val="99"/>
    <w:basedOn w:val="Normal"/>
    <w:unhideWhenUsed/>
    <w:pPr>
      <w:ind w:left="720"/>
      <w:contextualSpacing/>
      <w:spacing w:after="120"/>
    </w:pPr>
  </w:style>
  <w:style w:type="paragraph" w:customStyle="1" w:styleId="ListContinue3">
    <w:name w:val="List Continue 3"/>
    <w:uiPriority w:val="99"/>
    <w:basedOn w:val="Normal"/>
    <w:unhideWhenUsed/>
    <w:pPr>
      <w:ind w:left="1080"/>
      <w:contextualSpacing/>
      <w:spacing w:after="120"/>
    </w:pPr>
  </w:style>
  <w:style w:type="paragraph" w:customStyle="1" w:styleId="MacroText">
    <w:name w:val="macro"/>
    <w:uiPriority w:val="99"/>
    <w:link w:val="MacroTextChar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uiPriority w:val="99"/>
    <w:basedOn w:val="DefaultParagraphFont"/>
    <w:link w:val="MacroText"/>
    <w:rPr>
      <w:rFonts w:ascii="Courier" w:hAnsi="Courier"/>
      <w:sz w:val="20"/>
      <w:szCs w:val="20"/>
    </w:rPr>
  </w:style>
  <w:style w:type="paragraph" w:styleId="Quote">
    <w:name w:val="Quote"/>
    <w:uiPriority w:val="29"/>
    <w:basedOn w:val="Normal"/>
    <w:next w:val="Normal"/>
    <w:link w:val="QuoteChar"/>
    <w:qFormat/>
    <w:rPr>
      <w:i/>
      <w:iCs/>
      <w:color w:val="000000"/>
    </w:rPr>
  </w:style>
  <w:style w:type="character" w:customStyle="1" w:styleId="QuoteChar">
    <w:name w:val="Quote Char"/>
    <w:uiPriority w:val="29"/>
    <w:basedOn w:val="DefaultParagraphFont"/>
    <w:link w:val="Quote"/>
    <w:rPr>
      <w:i/>
      <w:iCs/>
      <w:color w:val="000000"/>
    </w:rPr>
  </w:style>
  <w:style w:type="character" w:customStyle="1" w:styleId="Heading4Char">
    <w:name w:val="Heading 4 Char"/>
    <w:uiPriority w:val="9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4F81BD"/>
    </w:rPr>
  </w:style>
  <w:style w:type="character" w:customStyle="1" w:styleId="Heading5Char">
    <w:name w:val="Heading 5 Char"/>
    <w:uiPriority w:val="9"/>
    <w:basedOn w:val="DefaultParagraphFont"/>
    <w:link w:val="Heading5"/>
    <w:semiHidden/>
    <w:rPr>
      <w:rFonts w:asciiTheme="majorHAnsi" w:eastAsiaTheme="majorEastAsia" w:hAnsiTheme="majorHAnsi" w:cstheme="majorBidi"/>
      <w:color w:val="244061"/>
    </w:rPr>
  </w:style>
  <w:style w:type="character" w:customStyle="1" w:styleId="Heading6Char">
    <w:name w:val="Heading 6 Char"/>
    <w:uiPriority w:val="9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244061"/>
    </w:rPr>
  </w:style>
  <w:style w:type="character" w:customStyle="1" w:styleId="Heading7Char">
    <w:name w:val="Heading 7 Char"/>
    <w:uiPriority w:val="9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3F3F3F"/>
    </w:rPr>
  </w:style>
  <w:style w:type="character" w:customStyle="1" w:styleId="Heading8Char">
    <w:name w:val="Heading 8 Char"/>
    <w:uiPriority w:val="9"/>
    <w:basedOn w:val="DefaultParagraphFont"/>
    <w:link w:val="Heading8"/>
    <w:semiHidden/>
    <w:rPr>
      <w:rFonts w:asciiTheme="majorHAnsi" w:eastAsiaTheme="majorEastAsia" w:hAnsiTheme="majorHAnsi" w:cstheme="majorBidi"/>
      <w:color w:val="4F81BD"/>
      <w:sz w:val="20"/>
      <w:szCs w:val="20"/>
    </w:rPr>
  </w:style>
  <w:style w:type="character" w:customStyle="1" w:styleId="Heading9Char">
    <w:name w:val="Heading 9 Char"/>
    <w:uiPriority w:val="9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paragraph" w:styleId="Caption">
    <w:name w:val="caption"/>
    <w:uiPriority w:val="35"/>
    <w:basedOn w:val="Normal"/>
    <w:next w:val="Normal"/>
    <w:qFormat/>
    <w:semiHidden/>
    <w:unhideWhenUsed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uiPriority w:val="22"/>
    <w:basedOn w:val="DefaultParagraphFont"/>
    <w:qFormat/>
    <w:rPr>
      <w:b/>
      <w:bCs/>
    </w:rPr>
  </w:style>
  <w:style w:type="character" w:styleId="Emphasis">
    <w:name w:val="Emphasis"/>
    <w:uiPriority w:val="20"/>
    <w:basedOn w:val="DefaultParagraphFont"/>
    <w:qFormat/>
    <w:rPr>
      <w:i/>
      <w:iCs/>
    </w:rPr>
  </w:style>
  <w:style w:type="paragraph" w:styleId="IntenseQuote">
    <w:name w:val="Intense Quote"/>
    <w:uiPriority w:val="30"/>
    <w:basedOn w:val="Normal"/>
    <w:next w:val="Normal"/>
    <w:link w:val="IntenseQuoteChar"/>
    <w:qFormat/>
    <w:pPr>
      <w:ind w:left="936" w:right="936"/>
      <w:pBdr>
        <w:bottom w:val="single" w:sz="4" w:space="4" w:color="4F81BD" w:themeColor="accent1"/>
      </w:pBdr>
      <w:spacing w:after="280" w:before="200"/>
    </w:pPr>
    <w:rPr>
      <w:b/>
      <w:bCs/>
      <w:i/>
      <w:iCs/>
      <w:color w:val="4F81BD"/>
    </w:rPr>
  </w:style>
  <w:style w:type="character" w:customStyle="1" w:styleId="IntenseQuoteChar">
    <w:name w:val="Intense Quote Char"/>
    <w:uiPriority w:val="30"/>
    <w:basedOn w:val="DefaultParagraphFont"/>
    <w:link w:val="IntenseQuote"/>
    <w:rPr>
      <w:b/>
      <w:bCs/>
      <w:i/>
      <w:iCs/>
      <w:color w:val="4F81BD"/>
    </w:rPr>
  </w:style>
  <w:style w:type="character" w:styleId="SubtleEmphasis">
    <w:name w:val="Subtle Emphasis"/>
    <w:uiPriority w:val="19"/>
    <w:basedOn w:val="DefaultParagraphFont"/>
    <w:qFormat/>
    <w:rPr>
      <w:i/>
      <w:iCs/>
      <w:color w:val="7F7F7F"/>
    </w:rPr>
  </w:style>
  <w:style w:type="character" w:styleId="IntenseEmphasis">
    <w:name w:val="Intense Emphasis"/>
    <w:uiPriority w:val="21"/>
    <w:basedOn w:val="DefaultParagraphFont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basedOn w:val="DefaultParagraphFont"/>
    <w:qFormat/>
    <w:rPr>
      <w:smallCaps/>
      <w:color w:val="C0504D"/>
      <w:u w:val="single" w:color="auto"/>
    </w:rPr>
  </w:style>
  <w:style w:type="character" w:styleId="IntenseReference">
    <w:name w:val="Intense Reference"/>
    <w:uiPriority w:val="32"/>
    <w:basedOn w:val="DefaultParagraphFont"/>
    <w:qFormat/>
    <w:rPr>
      <w:b/>
      <w:bCs/>
      <w:smallCaps/>
      <w:color w:val="C0504D"/>
      <w:u w:val="single" w:color="auto"/>
      <w:spacing w:val="5"/>
    </w:rPr>
  </w:style>
  <w:style w:type="character" w:styleId="BookTitle">
    <w:name w:val="Book Title"/>
    <w:uiPriority w:val="33"/>
    <w:basedOn w:val="DefaultParagraphFont"/>
    <w:qFormat/>
    <w:rPr>
      <w:b/>
      <w:bCs/>
      <w:smallCaps/>
      <w:spacing w:val="5"/>
    </w:rPr>
  </w:style>
  <w:style w:type="paragraph" w:styleId="TOCHeading">
    <w:name w:val="TOC Heading"/>
    <w:uiPriority w:val="39"/>
    <w:basedOn w:val="Heading1"/>
    <w:next w:val="Normal"/>
    <w:qFormat/>
    <w:semiHidden/>
    <w:unhideWhenUsed/>
    <w:pPr>
      <w:outlineLvl w:val="9"/>
    </w:pPr>
  </w:style>
  <w:style w:type="table" w:styleId="TableGrid">
    <w:name w:val="Table Grid"/>
    <w:uiPriority w:val="59"/>
    <w:basedOn w:val="TableNormal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uiPriority w:val="60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</w:style>
  <w:style w:type="table" w:styleId="LightShading-Accent1">
    <w:name w:val="Light Shading Accent 1"/>
    <w:uiPriority w:val="60"/>
    <w:basedOn w:val="TableNormal"/>
    <w:pPr>
      <w:spacing w:after="0" w:line="240" w:lineRule="auto"/>
    </w:pPr>
    <w:rPr>
      <w:color w:val="376092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uiPriority w:val="60"/>
    <w:basedOn w:val="TableNormal"/>
    <w:pPr>
      <w:spacing w:after="0" w:line="240" w:lineRule="auto"/>
    </w:pPr>
    <w:rPr>
      <w:color w:val="953735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LightShading-Accent3">
    <w:name w:val="Light Shading Accent 3"/>
    <w:uiPriority w:val="60"/>
    <w:basedOn w:val="TableNormal"/>
    <w:pPr>
      <w:spacing w:after="0" w:line="240" w:lineRule="auto"/>
    </w:pPr>
    <w:rPr>
      <w:color w:val="76933C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uiPriority w:val="60"/>
    <w:basedOn w:val="TableNormal"/>
    <w:pPr>
      <w:spacing w:after="0" w:line="240" w:lineRule="auto"/>
    </w:pPr>
    <w:rPr>
      <w:color w:val="604A7B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uiPriority w:val="60"/>
    <w:basedOn w:val="TableNormal"/>
    <w:pPr>
      <w:spacing w:after="0" w:line="240" w:lineRule="auto"/>
    </w:pPr>
    <w:rPr>
      <w:color w:val="31859B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LightShading-Accent6">
    <w:name w:val="Light Shading Accent 6"/>
    <w:uiPriority w:val="60"/>
    <w:basedOn w:val="TableNormal"/>
    <w:pPr>
      <w:spacing w:after="0" w:line="240" w:lineRule="auto"/>
    </w:pPr>
    <w:rPr>
      <w:color w:val="E46C0A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LightList">
    <w:name w:val="Light List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</w:style>
  <w:style w:type="table" w:styleId="LightList-Accent1">
    <w:name w:val="Light List Accent 1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1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  <w:shd w:val="clear" w:color="auto" w:fill="BFBFBF" w:themeFill="dk1" w:themeFillTint="3f"/>
      </w:tcPr>
    </w:tblStylePr>
    <w:tblStylePr w:type="band2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</w:tcPr>
    </w:tblStylePr>
  </w:style>
  <w:style w:type="table" w:styleId="LightGrid-Accent1">
    <w:name w:val="Light Grid Accent 1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dk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dk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shd w:val="clear" w:color="auto" w:fill="BFBFBF" w:themeFill="dk1" w:themeFillTint="3f"/>
      </w:tcPr>
    </w:tblStylePr>
  </w:style>
  <w:style w:type="table" w:styleId="MediumList1-Accent1">
    <w:name w:val="Medium List 1 Accen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MediumList1-Accent3">
    <w:name w:val="Medium List 1 Accent 3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MediumList1-Accent6">
    <w:name w:val="Medium List 1 Accent 6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MediumList2">
    <w:name w:val="Medium Lis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dk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dk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000000" w:themeColor="dk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dk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  <w:insideV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 w:themeColor="dk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MediumGrid1-Accent1">
    <w:name w:val="Medium Grid 1 Accent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MediumGrid1-Accent2">
    <w:name w:val="Medium Grid 1 Accent 2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  <w:insideV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color w:val="000000"/>
      </w:rPr>
      <w:tblPr/>
      <w:tcPr>
        <w:shd w:val="clear" w:color="auto" w:fill="E5E5E5" w:themeFill="dk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dk1" w:themeFillTint="33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tcBorders>
          <w:insideH w:val="single" w:sz="6" w:space="0" w:color="000000" w:themeColor="dk1"/>
          <w:insideV w:val="single" w:sz="6" w:space="0" w:color="000000" w:themeColor="dk1"/>
        </w:tcBorders>
        <w:shd w:val="clear" w:color="auto" w:fill="7F7F7F" w:themeFill="dk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1">
    <w:name w:val="Medium Grid 2 Accent 1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2">
    <w:name w:val="Medium Grid 2 Accent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3">
    <w:name w:val="Medium Grid 2 Accent 3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4">
    <w:name w:val="Medium Grid 2 Accent 4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5">
    <w:name w:val="Medium Grid 2 Accent 5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6">
    <w:name w:val="Medium Grid 2 Accent 6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A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3">
    <w:name w:val="Medium Grid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7F7F7F" w:themeFill="dk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7F7F7F" w:themeFill="dk1" w:themeFillTint="7f"/>
      </w:tcPr>
    </w:tblStylePr>
  </w:style>
  <w:style w:type="table" w:styleId="MediumGrid3-Accent1">
    <w:name w:val="Medium Grid 3 Accent 1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7C0DE" w:themeFill="accent1" w:themeFillTint="7f"/>
      </w:tcPr>
    </w:tblStylePr>
  </w:style>
  <w:style w:type="table" w:styleId="MediumGrid3-Accent2">
    <w:name w:val="Medium Grid 3 Accent 2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FBCAA2" w:themeFill="accent6" w:themeFillTint="7f"/>
      </w:tcPr>
    </w:tblStylePr>
  </w:style>
  <w:style w:type="table" w:styleId="DarkList">
    <w:name w:val="Dark List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000000" w:themeFill="dk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000000" w:themeFill="dk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</w:style>
  <w:style w:type="table" w:styleId="DarkList-Accent1">
    <w:name w:val="Dark List Accent 1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440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7609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</w:style>
  <w:style w:type="table" w:styleId="DarkList-Accent2">
    <w:name w:val="Dark List Accent 2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6325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95373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</w:style>
  <w:style w:type="table" w:styleId="DarkList-Accent3">
    <w:name w:val="Dark List Accent 3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F62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7693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</w:style>
  <w:style w:type="table" w:styleId="DarkList-Accent4">
    <w:name w:val="Dark List Accent 4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031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604A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</w:style>
  <w:style w:type="table" w:styleId="DarkList-Accent5">
    <w:name w:val="Dark List Accent 5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1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185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</w:style>
  <w:style w:type="table" w:styleId="DarkList-Accent6">
    <w:name w:val="Dark List Accent 6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97480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E4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</w:style>
  <w:style w:type="table" w:styleId="ColorfulShading">
    <w:name w:val="Colorful Shading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000000" w:themeColor="dk1"/>
        <w:bottom w:val="single" w:sz="4" w:space="0" w:color="000000" w:themeColor="dk1"/>
        <w:right w:val="single" w:sz="4" w:space="0" w:color="000000" w:themeColor="dk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000000" w:themeFill="dk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dk1" w:themeShade="99"/>
          <w:insideV w:val="nil"/>
        </w:tcBorders>
        <w:shd w:val="clear" w:color="auto" w:fill="000000" w:themeFill="dk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shd w:val="clear" w:color="auto" w:fill="989898" w:themeFill="dk1" w:themeFillTint="66"/>
      </w:tcPr>
    </w:tblStylePr>
    <w:tblStylePr w:type="band1Horz">
      <w:tblPr/>
      <w:tcPr>
        <w:shd w:val="clear" w:color="auto" w:fill="7F7F7F" w:themeFill="dk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C4D75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D75" w:themeColor="accent1" w:themeShade="99"/>
          <w:insideV w:val="nil"/>
        </w:tcBorders>
        <w:shd w:val="clear" w:color="auto" w:fill="2C4D75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D75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9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5F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F7530" w:themeColor="accent3" w:themeShade="99"/>
          <w:insideV w:val="nil"/>
        </w:tcBorders>
        <w:shd w:val="clear" w:color="auto" w:fill="5F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530" w:themeFill="accent3" w:themeFillShade="99"/>
      </w:tcPr>
    </w:tblStylePr>
    <w:tblStylePr w:type="band1Vert">
      <w:tblPr/>
      <w:tcPr>
        <w:shd w:val="clear" w:color="auto" w:fill="D7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4D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D3B62" w:themeColor="accent4" w:themeShade="99"/>
          <w:insideV w:val="nil"/>
        </w:tcBorders>
        <w:shd w:val="clear" w:color="auto" w:fill="4D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B62" w:themeFill="accent4" w:themeFillShade="99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7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B657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708" w:themeColor="accent6" w:themeShade="99"/>
          <w:insideV w:val="nil"/>
        </w:tcBorders>
        <w:shd w:val="clear" w:color="auto" w:fill="B657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708" w:themeFill="accent6" w:themeFillShade="99"/>
      </w:tcPr>
    </w:tblStylePr>
    <w:tblStylePr w:type="band1Vert">
      <w:tblPr/>
      <w:tcPr>
        <w:shd w:val="clear" w:color="auto" w:fill="FBD5B5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ColorfulList-Accent1">
    <w:name w:val="Colorful List Accent 1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664F83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BF1DD" w:themeFill="accent3" w:themeFillTint="33"/>
      </w:tcPr>
    </w:tblStylePr>
  </w:style>
  <w:style w:type="table" w:styleId="ColorfulList-Accent4">
    <w:name w:val="Colorful List Accent 4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7E9D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ColorfulList-Accent5">
    <w:name w:val="Colorful List Accent 5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F3740B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358EA6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AD9" w:themeFill="accent6" w:themeFillTint="33"/>
      </w:tcPr>
    </w:tblStylePr>
  </w:style>
  <w:style w:type="table" w:styleId="ColorfulGrid">
    <w:name w:val="Colorful Grid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BCBCB" w:themeFill="dk1" w:themeFillTint="33"/>
    </w:tcPr>
    <w:tblStylePr w:type="firstRow">
      <w:rPr>
        <w:b/>
        <w:bCs/>
      </w:rPr>
      <w:tblPr/>
      <w:tcPr>
        <w:shd w:val="clear" w:color="auto" w:fill="989898" w:themeFill="dk1" w:themeFillTint="66"/>
      </w:tcPr>
    </w:tblStylePr>
    <w:tblStylePr w:type="lastRow">
      <w:rPr>
        <w:b/>
        <w:bCs/>
        <w:color w:val="000000"/>
      </w:rPr>
      <w:tblPr/>
      <w:tcPr>
        <w:shd w:val="clear" w:color="auto" w:fill="989898" w:themeFill="dk1" w:themeFillTint="66"/>
      </w:tcPr>
    </w:tblStylePr>
    <w:tblStylePr w:type="firstCol">
      <w:rPr>
        <w:color w:val="FFFFFF"/>
      </w:rPr>
      <w:tblPr/>
      <w:tcPr>
        <w:shd w:val="clear" w:color="auto" w:fill="000000" w:themeFill="dk1" w:themeFillShade="bf"/>
      </w:tcPr>
    </w:tblStylePr>
    <w:tblStylePr w:type="lastCol">
      <w:rPr>
        <w:color w:val="FFFFFF"/>
      </w:rPr>
      <w:tblPr/>
      <w:tcPr>
        <w:shd w:val="clear" w:color="auto" w:fill="000000" w:themeFill="dk1" w:themeFillShade="bf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ColorfulGrid-Accent1">
    <w:name w:val="Colorful Grid Accent 1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76092" w:themeFill="accent1" w:themeFillShade="bf"/>
      </w:tcPr>
    </w:tblStylePr>
    <w:tblStylePr w:type="lastCol">
      <w:rPr>
        <w:color w:val="FFFFFF"/>
      </w:rPr>
      <w:tblPr/>
      <w:tcPr>
        <w:shd w:val="clear" w:color="auto" w:fill="376092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ColorfulGrid-Accent2">
    <w:name w:val="Colorful Grid Accent 2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9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9B7" w:themeFill="accent2" w:themeFillTint="66"/>
      </w:tcPr>
    </w:tblStylePr>
    <w:tblStylePr w:type="firstCol">
      <w:rPr>
        <w:color w:val="FFFFFF"/>
      </w:rPr>
      <w:tblPr/>
      <w:tcPr>
        <w:shd w:val="clear" w:color="auto" w:fill="953735" w:themeFill="accent2" w:themeFillShade="bf"/>
      </w:tcPr>
    </w:tblStylePr>
    <w:tblStylePr w:type="lastCol">
      <w:rPr>
        <w:color w:val="FFFFFF"/>
      </w:rPr>
      <w:tblPr/>
      <w:tcPr>
        <w:shd w:val="clear" w:color="auto" w:fill="953735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BF1DD" w:themeFill="accent3" w:themeFillTint="33"/>
    </w:tcPr>
    <w:tblStylePr w:type="firstRow">
      <w:rPr>
        <w:b/>
        <w:bCs/>
      </w:rPr>
      <w:tblPr/>
      <w:tcPr>
        <w:shd w:val="clear" w:color="auto" w:fill="D7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7E3BC" w:themeFill="accent3" w:themeFillTint="66"/>
      </w:tcPr>
    </w:tblStylePr>
    <w:tblStylePr w:type="firstCol">
      <w:rPr>
        <w:color w:val="FFFFFF"/>
      </w:rPr>
      <w:tblPr/>
      <w:tcPr>
        <w:shd w:val="clear" w:color="auto" w:fill="76933C" w:themeFill="accent3" w:themeFillShade="bf"/>
      </w:tcPr>
    </w:tblStylePr>
    <w:tblStylePr w:type="lastCol">
      <w:rPr>
        <w:color w:val="FFFFFF"/>
      </w:rPr>
      <w:tblPr/>
      <w:tcPr>
        <w:shd w:val="clear" w:color="auto" w:fill="7693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1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1D9" w:themeFill="accent4" w:themeFillTint="66"/>
      </w:tcPr>
    </w:tblStylePr>
    <w:tblStylePr w:type="firstCol">
      <w:rPr>
        <w:color w:val="FFFFFF"/>
      </w:rPr>
      <w:tblPr/>
      <w:tcPr>
        <w:shd w:val="clear" w:color="auto" w:fill="604A7B" w:themeFill="accent4" w:themeFillShade="bf"/>
      </w:tcPr>
    </w:tblStylePr>
    <w:tblStylePr w:type="lastCol">
      <w:rPr>
        <w:color w:val="FFFFFF"/>
      </w:rPr>
      <w:tblPr/>
      <w:tcPr>
        <w:shd w:val="clear" w:color="auto" w:fill="604A7B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7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7DDE8" w:themeFill="accent5" w:themeFillTint="66"/>
      </w:tcPr>
    </w:tblStylePr>
    <w:tblStylePr w:type="firstCol">
      <w:rPr>
        <w:color w:val="FFFFFF"/>
      </w:rPr>
      <w:tblPr/>
      <w:tcPr>
        <w:shd w:val="clear" w:color="auto" w:fill="31859B" w:themeFill="accent5" w:themeFillShade="bf"/>
      </w:tcPr>
    </w:tblStylePr>
    <w:tblStylePr w:type="lastCol">
      <w:rPr>
        <w:color w:val="FFFFFF"/>
      </w:rPr>
      <w:tblPr/>
      <w:tcPr>
        <w:shd w:val="clear" w:color="auto" w:fill="3185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AD9" w:themeFill="accent6" w:themeFillTint="33"/>
    </w:tcPr>
    <w:tblStylePr w:type="firstRow">
      <w:rPr>
        <w:b/>
        <w:bCs/>
      </w:rPr>
      <w:tblPr/>
      <w:tcPr>
        <w:shd w:val="clear" w:color="auto" w:fill="FBD5B5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5B5" w:themeFill="accent6" w:themeFillTint="66"/>
      </w:tcPr>
    </w:tblStylePr>
    <w:tblStylePr w:type="firstCol">
      <w:rPr>
        <w:color w:val="FFFFFF"/>
      </w:rPr>
      <w:tblPr/>
      <w:tcPr>
        <w:shd w:val="clear" w:color="auto" w:fill="E46C0A" w:themeFill="accent6" w:themeFillShade="bf"/>
      </w:tcPr>
    </w:tblStylePr>
    <w:tblStylePr w:type="lastCol">
      <w:rPr>
        <w:color w:val="FFFFFF"/>
      </w:rPr>
      <w:tblPr/>
      <w:tcPr>
        <w:shd w:val="clear" w:color="auto" w:fill="E4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이아영</cp:lastModifiedBy>
  <cp:revision>1</cp:revision>
  <dcterms:created xsi:type="dcterms:W3CDTF">2013-12-23T23:15:00Z</dcterms:created>
  <dcterms:modified xsi:type="dcterms:W3CDTF">2026-09-25T13:30:02Z</dcterms:modified>
  <cp:version>1100.0100.01</cp:version>
</cp:coreProperties>
</file>